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亲属关系证明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兹证明XXX（身份证号：XXXXXXXXXXXXXXXXXX）与XXX（身份证号：XXXXXXXXXXXXXXXXXX）系______（父子/母子/父女/母女）关系，二人均为我村村民。情况属实。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