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受灾情况证明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我村村民XXX，住址XX省XX市XX县XX乡XX村XX组。因XXXX灾害（暴雨/大风等），造成该户：________________（农作物损毁/房屋受损等），经济损失较大。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