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80" w:lineRule="auto" w:line="360"/>
        <w:jc w:val="center"/>
      </w:pPr>
      <w:r>
        <w:rPr>
          <w:rFonts w:ascii="Times New Roman" w:hAnsi="Times New Roman" w:eastAsia="黑体"/>
          <w:b/>
          <w:color w:val="000000"/>
          <w:sz w:val="44"/>
        </w:rPr>
        <w:t>土地承包经营权证明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兹有我村村民XXX，性别X，身份证号XXXXXXXXXXXXXXXXXX，系我村集体经济组织成员，依法承包本村集体土地约________亩，承包期限自XXXX年至XXXX年，土地承包经营权归其享有，无争议。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特此证明。</w:t>
      </w:r>
    </w:p>
    <w:p>
      <w:pPr>
        <w:spacing w:after="0" w:lineRule="auto" w:line="360"/>
      </w:pPr>
    </w:p>
    <w:p>
      <w:pPr>
        <w:spacing w:after="0" w:lineRule="auto" w:line="360"/>
      </w:pP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XX村民委员会（公章）</w:t>
      </w: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XXXX年XX月XX日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