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在外务工证明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兹有我村村民XXX，性别X，身份证号XXXXXXXXXXXXXXXXXX，自XXXX年起常年在外务工，主要务工地点为________省/市，现长期不在本村居住。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