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600" w:after="480" w:lineRule="auto" w:line="360"/>
        <w:jc w:val="center"/>
      </w:pPr>
      <w:r>
        <w:rPr>
          <w:rFonts w:ascii="Times New Roman" w:hAnsi="Times New Roman" w:eastAsia="黑体"/>
          <w:b/>
          <w:color w:val="000000"/>
          <w:sz w:val="44"/>
        </w:rPr>
        <w:t>在家正常死亡情况证明</w:t>
      </w:r>
    </w:p>
    <w:p>
      <w:pPr>
        <w:spacing w:before="0" w:after="120" w:lineRule="auto" w:line="360"/>
        <w:ind w:firstLine="640"/>
        <w:jc w:val="both"/>
      </w:pPr>
      <w:r>
        <w:rPr>
          <w:rFonts w:ascii="Times New Roman" w:hAnsi="Times New Roman" w:eastAsia="仿宋"/>
          <w:b w:val="0"/>
          <w:color w:val="000000"/>
          <w:sz w:val="32"/>
        </w:rPr>
        <w:t>兹有我村村民XXX，性别X，身份证号XXXXXXXXXXXXXXXXXX，住址XX省XX市XX县XX乡XX村XX组，于XXXX年XX月XX日，在家中正常死亡。</w:t>
      </w:r>
    </w:p>
    <w:p>
      <w:pPr>
        <w:spacing w:before="0" w:after="120" w:lineRule="auto" w:line="360"/>
        <w:ind w:firstLine="640"/>
        <w:jc w:val="both"/>
      </w:pPr>
      <w:r>
        <w:rPr>
          <w:rFonts w:ascii="Times New Roman" w:hAnsi="Times New Roman" w:eastAsia="仿宋"/>
          <w:b w:val="0"/>
          <w:color w:val="000000"/>
          <w:sz w:val="32"/>
        </w:rPr>
        <w:t>特此证明。</w:t>
      </w:r>
    </w:p>
    <w:p>
      <w:pPr>
        <w:spacing w:after="0" w:lineRule="auto" w:line="360"/>
      </w:pPr>
    </w:p>
    <w:p>
      <w:pPr>
        <w:spacing w:after="0" w:lineRule="auto" w:line="360"/>
      </w:pPr>
    </w:p>
    <w:p>
      <w:pPr>
        <w:spacing w:after="120" w:lineRule="auto" w:line="360"/>
        <w:jc w:val="right"/>
      </w:pPr>
      <w:r>
        <w:rPr>
          <w:rFonts w:ascii="Times New Roman" w:hAnsi="Times New Roman" w:eastAsia="仿宋"/>
          <w:b w:val="0"/>
          <w:color w:val="000000"/>
          <w:sz w:val="32"/>
        </w:rPr>
        <w:t>XX村民委员会（公章）</w:t>
      </w:r>
    </w:p>
    <w:p>
      <w:pPr>
        <w:spacing w:after="120" w:lineRule="auto" w:line="360"/>
        <w:jc w:val="right"/>
      </w:pPr>
      <w:r>
        <w:rPr>
          <w:rFonts w:ascii="Times New Roman" w:hAnsi="Times New Roman" w:eastAsia="仿宋"/>
          <w:b w:val="0"/>
          <w:color w:val="000000"/>
          <w:sz w:val="32"/>
        </w:rPr>
        <w:t>XXXX年XX月XX日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