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在校就读证明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兹有我村村民子女XXX，性别X，身份证号XXXXXXXXXXXXXXXXXX，现于________学校就读________专业/年级。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注：在校证明一般由所在学校出具，本证明可作为村委层面的补充佐证材料。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