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婚嫁户口迁出证明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兹有我村村民XXX，性别X，身份证号XXXXXXXXXXXXXXXXXX，于XXXX年XX月XX日登记结婚，现申请将户口迁出本村。村委会同意迁出。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