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婚育情况证明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兹有我村村民XXX，性别X，身份证号XXXXXXXXXXXXXXXXXX，于XXXX年XX月XX日与XXX登记结婚，系________（初婚/再婚），共生育X个子女（或未生育）。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