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居住证明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兹有我村村民XXX，性别：X，身份证号：XXXXXXXXXXXXXXXXXX，现长期居住于XX省XX市XX县XX乡XX村XX组。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情况属实，特此证明。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