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户口迁入同意证明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XX派出所：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兹有XXX（身份证号：XXXXXXXXXXXXXXXXXX），申请将户口迁入我村XX组。经村委会研究，同意其迁入落户。望贵单位予以办理。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