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600" w:after="480" w:lineRule="auto" w:line="360"/>
        <w:jc w:val="center"/>
      </w:pPr>
      <w:r>
        <w:rPr>
          <w:rFonts w:ascii="Times New Roman" w:hAnsi="Times New Roman" w:eastAsia="黑体"/>
          <w:b/>
          <w:color w:val="000000"/>
          <w:sz w:val="44"/>
        </w:rPr>
        <w:t>收入证明</w:t>
      </w:r>
    </w:p>
    <w:p>
      <w:pPr>
        <w:spacing w:before="0" w:after="120" w:lineRule="auto" w:line="360"/>
        <w:ind w:firstLine="640"/>
        <w:jc w:val="both"/>
      </w:pPr>
      <w:r>
        <w:rPr>
          <w:rFonts w:ascii="Times New Roman" w:hAnsi="Times New Roman" w:eastAsia="仿宋"/>
          <w:b w:val="0"/>
          <w:color w:val="000000"/>
          <w:sz w:val="32"/>
        </w:rPr>
        <w:t>兹有我村村民XXX，性别X，身份证号XXXXXXXXXXXXXXXXXX，常年在家从事________________（务农/养殖/零工等）生产劳动，无固定工资收入，年收入约________元。</w:t>
      </w:r>
    </w:p>
    <w:p>
      <w:pPr>
        <w:spacing w:before="0" w:after="120" w:lineRule="auto" w:line="360"/>
        <w:ind w:firstLine="640"/>
        <w:jc w:val="both"/>
      </w:pPr>
      <w:r>
        <w:rPr>
          <w:rFonts w:ascii="Times New Roman" w:hAnsi="Times New Roman" w:eastAsia="仿宋"/>
          <w:b w:val="0"/>
          <w:color w:val="000000"/>
          <w:sz w:val="32"/>
        </w:rPr>
        <w:t>特此证明。</w:t>
      </w:r>
    </w:p>
    <w:p>
      <w:pPr>
        <w:spacing w:after="0" w:lineRule="auto" w:line="360"/>
      </w:pPr>
    </w:p>
    <w:p>
      <w:pPr>
        <w:spacing w:after="0" w:lineRule="auto" w:line="360"/>
      </w:pPr>
    </w:p>
    <w:p>
      <w:pPr>
        <w:spacing w:after="120" w:lineRule="auto" w:line="360"/>
        <w:jc w:val="right"/>
      </w:pPr>
      <w:r>
        <w:rPr>
          <w:rFonts w:ascii="Times New Roman" w:hAnsi="Times New Roman" w:eastAsia="仿宋"/>
          <w:b w:val="0"/>
          <w:color w:val="000000"/>
          <w:sz w:val="32"/>
        </w:rPr>
        <w:t>XX村民委员会（公章）</w:t>
      </w:r>
    </w:p>
    <w:p>
      <w:pPr>
        <w:spacing w:after="120" w:lineRule="auto" w:line="360"/>
        <w:jc w:val="right"/>
      </w:pPr>
      <w:r>
        <w:rPr>
          <w:rFonts w:ascii="Times New Roman" w:hAnsi="Times New Roman" w:eastAsia="仿宋"/>
          <w:b w:val="0"/>
          <w:color w:val="000000"/>
          <w:sz w:val="32"/>
        </w:rPr>
        <w:t>XXXX年XX月XX日</w:t>
      </w:r>
    </w:p>
    <w:sectPr w:rsidR="00FC693F" w:rsidRPr="0006063C" w:rsidSect="00034616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