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村民身份证明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兹证明XXX，性别X，身份证号XXXXXXXXXXXXXXXXXX，为我XX村XX组在册村民。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