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社会实践证明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兹有XXX（学校：XXX，学生身份证号XXXXXXXXXXXXXXXXXX），于XXXX年XX月XX日至XXXX年XX月XX日，在XX村委会开展社会实践活动，工作内容：________。该生工作认真，表现良好。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