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经营场所使用证明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兹证明XX省XX市XX县XX乡XX村XX组房屋，产权属于本村村民XXX，现同意将该房屋提供给XXX作为经营场所使用。该场所不属于违法建筑。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