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邻里纠纷调解证明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我村村民XXX与XXX，因________发生邻里纠纷。村委会已于XXXX年XX月XX日组织双方调解，调解情况：________________。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